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7BB6C27" w14:textId="458F4207" w:rsidR="00CF7D2E" w:rsidRPr="00382562" w:rsidRDefault="00C0294A" w:rsidP="009E73B3">
      <w:pPr>
        <w:pStyle w:val="Heading1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382562">
        <w:rPr>
          <w:rFonts w:ascii="Arial" w:hAnsi="Arial" w:cs="Arial"/>
          <w:color w:val="000000" w:themeColor="text1"/>
          <w:sz w:val="32"/>
          <w:szCs w:val="32"/>
        </w:rPr>
        <w:t>Supervision Referral Form</w:t>
      </w:r>
    </w:p>
    <w:p w14:paraId="24A8B579" w14:textId="2A013628" w:rsidR="00EE4C89" w:rsidRDefault="00EE4C89" w:rsidP="009E73B3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338C0" wp14:editId="4A048222">
                <wp:simplePos x="0" y="0"/>
                <wp:positionH relativeFrom="column">
                  <wp:posOffset>-15240</wp:posOffset>
                </wp:positionH>
                <wp:positionV relativeFrom="paragraph">
                  <wp:posOffset>114935</wp:posOffset>
                </wp:positionV>
                <wp:extent cx="5516880" cy="7620"/>
                <wp:effectExtent l="0" t="0" r="26670" b="30480"/>
                <wp:wrapNone/>
                <wp:docPr id="109912821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6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5AFA6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9.05pt" to="433.2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" strokecolor="#94b64e [3046]"/>
            </w:pict>
          </mc:Fallback>
        </mc:AlternateConten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2547"/>
        <w:gridCol w:w="6083"/>
      </w:tblGrid>
      <w:tr w:rsidR="00EE4C89" w14:paraId="4B978361" w14:textId="77777777" w:rsidTr="00E74A40">
        <w:trPr>
          <w:trHeight w:val="384"/>
        </w:trPr>
        <w:tc>
          <w:tcPr>
            <w:tcW w:w="8630" w:type="dxa"/>
            <w:gridSpan w:val="2"/>
            <w:shd w:val="clear" w:color="auto" w:fill="EAF1DD" w:themeFill="accent3" w:themeFillTint="33"/>
          </w:tcPr>
          <w:p w14:paraId="6C3F1863" w14:textId="75453B3F" w:rsidR="00EE4C89" w:rsidRPr="003515E1" w:rsidRDefault="00EE4C89" w:rsidP="00EE4C89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515E1">
              <w:rPr>
                <w:rFonts w:ascii="Arial" w:hAnsi="Arial" w:cs="Arial"/>
                <w:color w:val="000000" w:themeColor="text1"/>
                <w:sz w:val="22"/>
                <w:szCs w:val="22"/>
              </w:rPr>
              <w:t>Referral Details</w:t>
            </w:r>
          </w:p>
        </w:tc>
      </w:tr>
      <w:tr w:rsidR="009E73B3" w14:paraId="3B35BD6C" w14:textId="77777777" w:rsidTr="00EE4C89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EAF1DD" w:themeFill="accent3" w:themeFillTint="33"/>
          </w:tcPr>
          <w:p w14:paraId="6BBF1EEC" w14:textId="0A5DA611" w:rsidR="009E73B3" w:rsidRPr="00382562" w:rsidRDefault="009E73B3">
            <w:pPr>
              <w:rPr>
                <w:rFonts w:ascii="Arial" w:hAnsi="Arial" w:cs="Arial"/>
              </w:rPr>
            </w:pPr>
            <w:r w:rsidRPr="00382562">
              <w:rPr>
                <w:rFonts w:ascii="Arial" w:hAnsi="Arial" w:cs="Arial"/>
              </w:rPr>
              <w:t>Name:</w:t>
            </w:r>
          </w:p>
        </w:tc>
        <w:sdt>
          <w:sdtPr>
            <w:id w:val="13782010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83" w:type="dxa"/>
              </w:tcPr>
              <w:p w14:paraId="1E1232DB" w14:textId="4004F94E" w:rsidR="009E73B3" w:rsidRDefault="00C53043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3B3" w14:paraId="189FD5B6" w14:textId="77777777" w:rsidTr="00EE4C89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EAF1DD" w:themeFill="accent3" w:themeFillTint="33"/>
          </w:tcPr>
          <w:p w14:paraId="17B0A51D" w14:textId="5DDF5B9E" w:rsidR="009E73B3" w:rsidRPr="00382562" w:rsidRDefault="009E73B3">
            <w:pPr>
              <w:rPr>
                <w:rFonts w:ascii="Arial" w:hAnsi="Arial" w:cs="Arial"/>
              </w:rPr>
            </w:pPr>
            <w:r w:rsidRPr="00382562">
              <w:rPr>
                <w:rFonts w:ascii="Arial" w:hAnsi="Arial" w:cs="Arial"/>
              </w:rPr>
              <w:t>Phone:</w:t>
            </w:r>
          </w:p>
        </w:tc>
        <w:sdt>
          <w:sdtPr>
            <w:id w:val="-177516477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83" w:type="dxa"/>
              </w:tcPr>
              <w:p w14:paraId="6EBB0AF2" w14:textId="5F2184D0" w:rsidR="009E73B3" w:rsidRDefault="00C53043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3B3" w14:paraId="7D858DC7" w14:textId="77777777" w:rsidTr="00EE4C89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EAF1DD" w:themeFill="accent3" w:themeFillTint="33"/>
          </w:tcPr>
          <w:p w14:paraId="46D65AE4" w14:textId="5E7D976B" w:rsidR="009E73B3" w:rsidRPr="00382562" w:rsidRDefault="009E73B3">
            <w:pPr>
              <w:rPr>
                <w:rFonts w:ascii="Arial" w:hAnsi="Arial" w:cs="Arial"/>
              </w:rPr>
            </w:pPr>
            <w:r w:rsidRPr="00382562">
              <w:rPr>
                <w:rFonts w:ascii="Arial" w:hAnsi="Arial" w:cs="Arial"/>
              </w:rPr>
              <w:t>Email:</w:t>
            </w:r>
          </w:p>
        </w:tc>
        <w:sdt>
          <w:sdtPr>
            <w:id w:val="144788422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83" w:type="dxa"/>
              </w:tcPr>
              <w:p w14:paraId="2869CA60" w14:textId="445C43B7" w:rsidR="009E73B3" w:rsidRDefault="00C53043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3B3" w14:paraId="293E7F5A" w14:textId="77777777" w:rsidTr="00EE4C89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EAF1DD" w:themeFill="accent3" w:themeFillTint="33"/>
          </w:tcPr>
          <w:p w14:paraId="079D0162" w14:textId="64493E58" w:rsidR="009E73B3" w:rsidRPr="00382562" w:rsidRDefault="00844260">
            <w:pPr>
              <w:rPr>
                <w:rFonts w:ascii="Arial" w:hAnsi="Arial" w:cs="Arial"/>
              </w:rPr>
            </w:pPr>
            <w:r w:rsidRPr="00382562">
              <w:rPr>
                <w:rFonts w:ascii="Arial" w:hAnsi="Arial" w:cs="Arial"/>
              </w:rPr>
              <w:t>Organisation:</w:t>
            </w:r>
          </w:p>
        </w:tc>
        <w:sdt>
          <w:sdtPr>
            <w:id w:val="-79544775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83" w:type="dxa"/>
              </w:tcPr>
              <w:p w14:paraId="2D4ACA45" w14:textId="4A4BB4FD" w:rsidR="009E73B3" w:rsidRDefault="00C53043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73B3" w14:paraId="1F959536" w14:textId="77777777" w:rsidTr="00EE4C89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EAF1DD" w:themeFill="accent3" w:themeFillTint="33"/>
          </w:tcPr>
          <w:p w14:paraId="5DA861B5" w14:textId="22A9C1E9" w:rsidR="009E73B3" w:rsidRPr="00382562" w:rsidRDefault="00844260">
            <w:pPr>
              <w:rPr>
                <w:rFonts w:ascii="Arial" w:hAnsi="Arial" w:cs="Arial"/>
              </w:rPr>
            </w:pPr>
            <w:r w:rsidRPr="00382562">
              <w:rPr>
                <w:rFonts w:ascii="Arial" w:hAnsi="Arial" w:cs="Arial"/>
              </w:rPr>
              <w:t xml:space="preserve">Position: </w:t>
            </w:r>
          </w:p>
        </w:tc>
        <w:sdt>
          <w:sdtPr>
            <w:id w:val="47256432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083" w:type="dxa"/>
              </w:tcPr>
              <w:p w14:paraId="1FB93792" w14:textId="69F5D85B" w:rsidR="009E73B3" w:rsidRDefault="00C53043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C30F4FA" w14:textId="3FEBEC20" w:rsidR="00CF7D2E" w:rsidRDefault="00CF7D2E"/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EE4C89" w14:paraId="23A5E645" w14:textId="77777777" w:rsidTr="00E74A40">
        <w:trPr>
          <w:trHeight w:val="444"/>
        </w:trPr>
        <w:tc>
          <w:tcPr>
            <w:tcW w:w="8647" w:type="dxa"/>
            <w:shd w:val="clear" w:color="auto" w:fill="EAF1DD" w:themeFill="accent3" w:themeFillTint="33"/>
          </w:tcPr>
          <w:p w14:paraId="577AF8C1" w14:textId="016B42DB" w:rsidR="00EE4C89" w:rsidRPr="003515E1" w:rsidRDefault="00EE4C89" w:rsidP="00EE4C89">
            <w:pPr>
              <w:pStyle w:val="Heading2"/>
              <w:tabs>
                <w:tab w:val="left" w:pos="4812"/>
              </w:tabs>
              <w:rPr>
                <w:rFonts w:ascii="Arial" w:hAnsi="Arial" w:cs="Arial"/>
                <w:sz w:val="22"/>
                <w:szCs w:val="22"/>
              </w:rPr>
            </w:pPr>
            <w:r w:rsidRPr="003515E1">
              <w:rPr>
                <w:rFonts w:ascii="Arial" w:hAnsi="Arial" w:cs="Arial"/>
                <w:color w:val="000000" w:themeColor="text1"/>
                <w:sz w:val="22"/>
                <w:szCs w:val="22"/>
              </w:rPr>
              <w:t>Type of Supervision Requested</w:t>
            </w:r>
            <w:r w:rsidRPr="003515E1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844260" w14:paraId="11704675" w14:textId="77777777" w:rsidTr="00844260">
        <w:trPr>
          <w:trHeight w:val="1596"/>
        </w:trPr>
        <w:tc>
          <w:tcPr>
            <w:tcW w:w="8647" w:type="dxa"/>
          </w:tcPr>
          <w:p w14:paraId="14E1C078" w14:textId="7DDF1B7F" w:rsidR="00844260" w:rsidRPr="00382562" w:rsidRDefault="00FA59F1" w:rsidP="00844260">
            <w:pPr>
              <w:ind w:left="13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3747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043" w:rsidRPr="003825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Individual Professional Supervision</w:t>
            </w:r>
            <w:r w:rsidR="004621D6" w:rsidRPr="00382562">
              <w:rPr>
                <w:rFonts w:ascii="Arial" w:hAnsi="Arial" w:cs="Arial"/>
              </w:rPr>
              <w:t xml:space="preserve">            </w:t>
            </w:r>
            <w:r w:rsidR="00844260" w:rsidRPr="00382562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81563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184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Reflective Practice</w:t>
            </w:r>
          </w:p>
          <w:p w14:paraId="4F1CC581" w14:textId="359B9215" w:rsidR="00844260" w:rsidRPr="00382562" w:rsidRDefault="00FA59F1" w:rsidP="00844260">
            <w:pPr>
              <w:ind w:left="13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28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043" w:rsidRPr="003825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Leadership Supervision</w:t>
            </w:r>
            <w:r w:rsidR="00844260" w:rsidRPr="00382562">
              <w:rPr>
                <w:rFonts w:ascii="Arial" w:hAnsi="Arial" w:cs="Arial"/>
              </w:rPr>
              <w:tab/>
            </w:r>
            <w:r w:rsidR="00844260" w:rsidRPr="00382562">
              <w:rPr>
                <w:rFonts w:ascii="Arial" w:hAnsi="Arial" w:cs="Arial"/>
              </w:rPr>
              <w:tab/>
            </w:r>
            <w:r w:rsidR="00382562">
              <w:rPr>
                <w:rFonts w:ascii="Arial" w:hAnsi="Arial" w:cs="Arial"/>
              </w:rPr>
              <w:t xml:space="preserve">            </w:t>
            </w:r>
            <w:r w:rsidR="00844260" w:rsidRPr="00382562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94604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043" w:rsidRPr="003825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New Manager Support</w:t>
            </w:r>
          </w:p>
          <w:p w14:paraId="63F6E306" w14:textId="3497272B" w:rsidR="00844260" w:rsidRDefault="00A12D5E" w:rsidP="00844260">
            <w:pPr>
              <w:ind w:left="132"/>
              <w:rPr>
                <w:rFonts w:ascii="Segoe UI Symbol" w:hAnsi="Segoe UI Symbol" w:cs="Segoe UI Symbol"/>
              </w:rPr>
            </w:pPr>
            <w:r w:rsidRPr="0038256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52728C" wp14:editId="325A1F2D">
                      <wp:simplePos x="0" y="0"/>
                      <wp:positionH relativeFrom="column">
                        <wp:posOffset>3756660</wp:posOffset>
                      </wp:positionH>
                      <wp:positionV relativeFrom="paragraph">
                        <wp:posOffset>147320</wp:posOffset>
                      </wp:positionV>
                      <wp:extent cx="1356360" cy="7620"/>
                      <wp:effectExtent l="0" t="0" r="34290" b="30480"/>
                      <wp:wrapNone/>
                      <wp:docPr id="113125184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5636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4D92D5" id="Straight Connector 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8pt,11.6pt" to="402.6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" strokecolor="black [3040]"/>
                  </w:pict>
                </mc:Fallback>
              </mc:AlternateContent>
            </w:r>
            <w:sdt>
              <w:sdtPr>
                <w:rPr>
                  <w:rFonts w:ascii="Arial" w:hAnsi="Arial" w:cs="Arial"/>
                </w:rPr>
                <w:id w:val="-61776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043" w:rsidRPr="003825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Critical Incident Debrief</w:t>
            </w:r>
            <w:r w:rsidR="00844260" w:rsidRPr="00382562">
              <w:rPr>
                <w:rFonts w:ascii="Arial" w:hAnsi="Arial" w:cs="Arial"/>
              </w:rPr>
              <w:tab/>
              <w:t xml:space="preserve">                       </w:t>
            </w:r>
            <w:r w:rsidR="004621D6" w:rsidRPr="00382562">
              <w:rPr>
                <w:rFonts w:ascii="Arial" w:hAnsi="Arial" w:cs="Arial"/>
              </w:rPr>
              <w:t xml:space="preserve"> </w:t>
            </w:r>
            <w:r w:rsidR="00844260" w:rsidRPr="00382562">
              <w:rPr>
                <w:rFonts w:ascii="Arial" w:hAnsi="Arial" w:cs="Arial"/>
              </w:rPr>
              <w:t xml:space="preserve">           </w:t>
            </w:r>
            <w:sdt>
              <w:sdtPr>
                <w:rPr>
                  <w:rFonts w:ascii="Arial" w:hAnsi="Arial" w:cs="Arial"/>
                </w:rPr>
                <w:id w:val="-137044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043" w:rsidRPr="003825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44260" w:rsidRPr="00382562">
              <w:rPr>
                <w:rFonts w:ascii="Arial" w:hAnsi="Arial" w:cs="Arial"/>
              </w:rPr>
              <w:t xml:space="preserve"> Other</w:t>
            </w:r>
          </w:p>
        </w:tc>
      </w:tr>
    </w:tbl>
    <w:p w14:paraId="041E9737" w14:textId="4F8CCFAE" w:rsidR="00844260" w:rsidRDefault="00844260" w:rsidP="00844260">
      <w:r>
        <w:tab/>
      </w:r>
      <w:r>
        <w:tab/>
      </w:r>
      <w:r>
        <w:tab/>
      </w:r>
    </w:p>
    <w:tbl>
      <w:tblPr>
        <w:tblW w:w="8635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5"/>
      </w:tblGrid>
      <w:tr w:rsidR="00EE4C89" w14:paraId="2868B50C" w14:textId="77777777" w:rsidTr="00E74A40">
        <w:trPr>
          <w:trHeight w:val="492"/>
        </w:trPr>
        <w:tc>
          <w:tcPr>
            <w:tcW w:w="8635" w:type="dxa"/>
            <w:shd w:val="clear" w:color="auto" w:fill="EAF1DD" w:themeFill="accent3" w:themeFillTint="33"/>
          </w:tcPr>
          <w:p w14:paraId="4A9099CA" w14:textId="02DBA14C" w:rsidR="00EE4C89" w:rsidRPr="003515E1" w:rsidRDefault="00EE4C89" w:rsidP="00EE4C89">
            <w:pPr>
              <w:pStyle w:val="Heading2"/>
              <w:ind w:left="-12"/>
              <w:rPr>
                <w:rFonts w:ascii="Arial" w:hAnsi="Arial" w:cs="Arial"/>
                <w:sz w:val="22"/>
                <w:szCs w:val="22"/>
              </w:rPr>
            </w:pPr>
            <w:r w:rsidRPr="003515E1">
              <w:rPr>
                <w:rFonts w:ascii="Arial" w:hAnsi="Arial" w:cs="Arial"/>
                <w:color w:val="000000" w:themeColor="text1"/>
                <w:sz w:val="22"/>
                <w:szCs w:val="22"/>
              </w:rPr>
              <w:t>Reason for Referral</w:t>
            </w:r>
          </w:p>
        </w:tc>
      </w:tr>
      <w:tr w:rsidR="00844260" w14:paraId="5B6A6AF3" w14:textId="77777777" w:rsidTr="00382562">
        <w:trPr>
          <w:trHeight w:val="2325"/>
        </w:trPr>
        <w:tc>
          <w:tcPr>
            <w:tcW w:w="8635" w:type="dxa"/>
          </w:tcPr>
          <w:sdt>
            <w:sdtPr>
              <w:rPr>
                <w:b w:val="0"/>
                <w:bCs w:val="0"/>
                <w:color w:val="000000" w:themeColor="text1"/>
                <w:sz w:val="24"/>
                <w:szCs w:val="24"/>
              </w:rPr>
              <w:id w:val="20430214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C95CE23" w14:textId="6F1D9065" w:rsidR="00844260" w:rsidRPr="00CC4CB2" w:rsidRDefault="00692587" w:rsidP="00CC4CB2">
                <w:pPr>
                  <w:pStyle w:val="Heading2"/>
                  <w:rPr>
                    <w:b w:val="0"/>
                    <w:bCs w:val="0"/>
                    <w:color w:val="000000" w:themeColor="text1"/>
                    <w:sz w:val="24"/>
                    <w:szCs w:val="24"/>
                  </w:rPr>
                </w:pPr>
                <w:r w:rsidRPr="007F757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8D05570" w14:textId="5AA45DEA" w:rsidR="00844260" w:rsidRDefault="00844260" w:rsidP="00844260">
            <w:pPr>
              <w:pStyle w:val="Heading2"/>
              <w:ind w:left="-12"/>
            </w:pPr>
          </w:p>
        </w:tc>
      </w:tr>
    </w:tbl>
    <w:p w14:paraId="0376CA6D" w14:textId="77777777" w:rsidR="00844260" w:rsidRDefault="00844260">
      <w:pPr>
        <w:pStyle w:val="Heading2"/>
      </w:pPr>
    </w:p>
    <w:p w14:paraId="3D58D7E6" w14:textId="77777777" w:rsidR="00CC4CB2" w:rsidRPr="00CC4CB2" w:rsidRDefault="00CC4CB2" w:rsidP="00CC4CB2"/>
    <w:tbl>
      <w:tblPr>
        <w:tblW w:w="8640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513566" w14:paraId="75799C9D" w14:textId="77777777" w:rsidTr="00E74A40">
        <w:trPr>
          <w:trHeight w:val="516"/>
        </w:trPr>
        <w:tc>
          <w:tcPr>
            <w:tcW w:w="8640" w:type="dxa"/>
            <w:shd w:val="clear" w:color="auto" w:fill="EAF1DD" w:themeFill="accent3" w:themeFillTint="33"/>
          </w:tcPr>
          <w:p w14:paraId="6381612B" w14:textId="4A07142F" w:rsidR="00513566" w:rsidRPr="003515E1" w:rsidRDefault="00513566" w:rsidP="00513566">
            <w:pPr>
              <w:pStyle w:val="Heading2"/>
              <w:ind w:left="-24"/>
              <w:rPr>
                <w:rFonts w:ascii="Arial" w:hAnsi="Arial" w:cs="Arial"/>
                <w:sz w:val="22"/>
                <w:szCs w:val="22"/>
              </w:rPr>
            </w:pPr>
            <w:r w:rsidRPr="003515E1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Goals for Supervision</w:t>
            </w:r>
          </w:p>
        </w:tc>
      </w:tr>
      <w:tr w:rsidR="00CC4CB2" w14:paraId="25EE8F19" w14:textId="77777777" w:rsidTr="00CC4CB2">
        <w:trPr>
          <w:trHeight w:val="2179"/>
        </w:trPr>
        <w:tc>
          <w:tcPr>
            <w:tcW w:w="8640" w:type="dxa"/>
          </w:tcPr>
          <w:p w14:paraId="2CBCEA24" w14:textId="39F9B4F2" w:rsidR="00CC4CB2" w:rsidRPr="00382562" w:rsidRDefault="00FA59F1" w:rsidP="001777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2173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Professional development   </w:t>
            </w:r>
            <w:r w:rsidR="003825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0032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999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Leadership development</w:t>
            </w:r>
          </w:p>
          <w:p w14:paraId="3857ADD4" w14:textId="6EA7B5A8" w:rsidR="00CC4CB2" w:rsidRPr="00382562" w:rsidRDefault="00FA59F1" w:rsidP="001777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8046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Reflective practice             </w:t>
            </w:r>
            <w:r w:rsidR="003825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2493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Case consultation          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9555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Decision making</w:t>
            </w:r>
          </w:p>
          <w:p w14:paraId="6E3D952B" w14:textId="701C67F9" w:rsidR="00CC4CB2" w:rsidRPr="00382562" w:rsidRDefault="00FA59F1" w:rsidP="001777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840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Managing complexity        </w:t>
            </w:r>
            <w:r w:rsidR="0038256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7520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Staff wellbeing               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0936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Confidence building</w:t>
            </w:r>
          </w:p>
          <w:p w14:paraId="69095429" w14:textId="7B06921C" w:rsidR="00CC4CB2" w:rsidRDefault="00FA59F1" w:rsidP="00177705">
            <w:pPr>
              <w:jc w:val="both"/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3737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Ethical practice                 </w:t>
            </w:r>
            <w:r w:rsidR="003825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0978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1D6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Career development         </w:t>
            </w:r>
            <w:r w:rsidR="0038256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964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 w:rsidRPr="003825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C4CB2" w:rsidRPr="00382562">
              <w:rPr>
                <w:rFonts w:ascii="Arial" w:hAnsi="Arial" w:cs="Arial"/>
                <w:sz w:val="20"/>
                <w:szCs w:val="20"/>
              </w:rPr>
              <w:t xml:space="preserve"> Other: ______</w:t>
            </w:r>
          </w:p>
        </w:tc>
      </w:tr>
    </w:tbl>
    <w:p w14:paraId="0FD7089C" w14:textId="77777777" w:rsidR="00CC4CB2" w:rsidRPr="00CC4CB2" w:rsidRDefault="00CC4CB2" w:rsidP="00CC4CB2"/>
    <w:tbl>
      <w:tblPr>
        <w:tblW w:w="8616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6"/>
      </w:tblGrid>
      <w:tr w:rsidR="00513566" w14:paraId="2C0A9049" w14:textId="77777777" w:rsidTr="00E74A40">
        <w:trPr>
          <w:trHeight w:val="492"/>
        </w:trPr>
        <w:tc>
          <w:tcPr>
            <w:tcW w:w="8616" w:type="dxa"/>
            <w:shd w:val="clear" w:color="auto" w:fill="EAF1DD" w:themeFill="accent3" w:themeFillTint="33"/>
          </w:tcPr>
          <w:p w14:paraId="2D7CE930" w14:textId="46E3C04F" w:rsidR="00513566" w:rsidRPr="003515E1" w:rsidRDefault="00513566" w:rsidP="00513566">
            <w:pPr>
              <w:pStyle w:val="Heading2"/>
              <w:ind w:left="-36"/>
              <w:rPr>
                <w:rFonts w:ascii="Arial" w:hAnsi="Arial" w:cs="Arial"/>
                <w:sz w:val="22"/>
                <w:szCs w:val="22"/>
              </w:rPr>
            </w:pPr>
            <w:r w:rsidRPr="003515E1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Preferred Supervision</w:t>
            </w:r>
          </w:p>
        </w:tc>
      </w:tr>
      <w:tr w:rsidR="00CC4CB2" w14:paraId="0A376D9D" w14:textId="77777777" w:rsidTr="00CC4CB2">
        <w:trPr>
          <w:trHeight w:val="1454"/>
        </w:trPr>
        <w:tc>
          <w:tcPr>
            <w:tcW w:w="8616" w:type="dxa"/>
          </w:tcPr>
          <w:p w14:paraId="4D15AC15" w14:textId="5098CD06" w:rsidR="00CC4CB2" w:rsidRDefault="00FA59F1" w:rsidP="00CC4CB2">
            <w:sdt>
              <w:sdtPr>
                <w:id w:val="-148160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>Weekly</w:t>
            </w:r>
            <w:r w:rsidR="00CC4CB2">
              <w:t xml:space="preserve">   </w:t>
            </w:r>
            <w:sdt>
              <w:sdtPr>
                <w:id w:val="145104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>Fortnightly</w:t>
            </w:r>
            <w:r w:rsidR="00CC4CB2">
              <w:t xml:space="preserve">   </w:t>
            </w:r>
            <w:sdt>
              <w:sdtPr>
                <w:id w:val="-89303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 xml:space="preserve">Monthly </w:t>
            </w:r>
          </w:p>
          <w:p w14:paraId="7C5FD2D6" w14:textId="1852293B" w:rsidR="00CC4CB2" w:rsidRDefault="00FA59F1" w:rsidP="00CC4CB2">
            <w:sdt>
              <w:sdtPr>
                <w:id w:val="-163062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>60 mins or</w:t>
            </w:r>
            <w:r w:rsidR="00CC4CB2">
              <w:t xml:space="preserve"> </w:t>
            </w:r>
            <w:sdt>
              <w:sdtPr>
                <w:id w:val="-62623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>90 mins</w:t>
            </w:r>
          </w:p>
          <w:p w14:paraId="5FD85B67" w14:textId="1560768C" w:rsidR="00CC4CB2" w:rsidRDefault="00FA59F1" w:rsidP="00CC4CB2">
            <w:sdt>
              <w:sdtPr>
                <w:id w:val="-149348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>Face-to-face or</w:t>
            </w:r>
            <w:r w:rsidR="00CC4CB2">
              <w:t xml:space="preserve"> </w:t>
            </w:r>
            <w:sdt>
              <w:sdtPr>
                <w:id w:val="-75744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4CB2">
              <w:t xml:space="preserve"> </w:t>
            </w:r>
            <w:r w:rsidR="00CC4CB2" w:rsidRPr="00382562">
              <w:rPr>
                <w:rFonts w:ascii="Arial" w:hAnsi="Arial" w:cs="Arial"/>
              </w:rPr>
              <w:t xml:space="preserve">Online </w:t>
            </w:r>
          </w:p>
        </w:tc>
      </w:tr>
    </w:tbl>
    <w:p w14:paraId="70D84417" w14:textId="77777777" w:rsidR="00CC4CB2" w:rsidRPr="00CC4CB2" w:rsidRDefault="00CC4CB2" w:rsidP="00CC4CB2"/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04"/>
      </w:tblGrid>
      <w:tr w:rsidR="00513566" w14:paraId="0742E4E7" w14:textId="77777777" w:rsidTr="00E74A40">
        <w:trPr>
          <w:trHeight w:val="420"/>
        </w:trPr>
        <w:tc>
          <w:tcPr>
            <w:tcW w:w="8604" w:type="dxa"/>
            <w:shd w:val="clear" w:color="auto" w:fill="EAF1DD" w:themeFill="accent3" w:themeFillTint="33"/>
          </w:tcPr>
          <w:p w14:paraId="1C8A78A4" w14:textId="32E94857" w:rsidR="00513566" w:rsidRPr="008F41FF" w:rsidRDefault="00513566" w:rsidP="00513566">
            <w:pPr>
              <w:pStyle w:val="Heading2"/>
              <w:ind w:left="-24"/>
              <w:rPr>
                <w:rFonts w:ascii="Arial" w:hAnsi="Arial" w:cs="Arial"/>
                <w:sz w:val="22"/>
                <w:szCs w:val="22"/>
              </w:rPr>
            </w:pPr>
            <w:r w:rsidRPr="008F41FF">
              <w:rPr>
                <w:rFonts w:ascii="Arial" w:hAnsi="Arial" w:cs="Arial"/>
                <w:color w:val="000000" w:themeColor="text1"/>
                <w:sz w:val="22"/>
                <w:szCs w:val="22"/>
              </w:rPr>
              <w:t>Funding</w:t>
            </w:r>
          </w:p>
        </w:tc>
      </w:tr>
      <w:tr w:rsidR="00C403CF" w14:paraId="43442089" w14:textId="77777777" w:rsidTr="00C403CF">
        <w:trPr>
          <w:trHeight w:val="733"/>
        </w:trPr>
        <w:tc>
          <w:tcPr>
            <w:tcW w:w="8604" w:type="dxa"/>
          </w:tcPr>
          <w:p w14:paraId="41891700" w14:textId="7436C5BE" w:rsidR="00C403CF" w:rsidRDefault="00FA59F1" w:rsidP="00C403CF">
            <w:pPr>
              <w:ind w:left="-24"/>
            </w:pPr>
            <w:sdt>
              <w:sdtPr>
                <w:rPr>
                  <w:rFonts w:ascii="Segoe UI Symbol" w:hAnsi="Segoe UI Symbol" w:cs="Segoe UI Symbol"/>
                </w:rPr>
                <w:id w:val="-2039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403CF">
              <w:t xml:space="preserve"> </w:t>
            </w:r>
            <w:r w:rsidR="00C403CF" w:rsidRPr="008F41FF">
              <w:rPr>
                <w:rFonts w:ascii="Arial" w:hAnsi="Arial" w:cs="Arial"/>
              </w:rPr>
              <w:t>Self-funded</w:t>
            </w:r>
            <w:r w:rsidR="00C403CF">
              <w:t xml:space="preserve">                              </w:t>
            </w:r>
            <w:sdt>
              <w:sdtPr>
                <w:id w:val="19189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03CF">
              <w:t xml:space="preserve"> </w:t>
            </w:r>
            <w:r w:rsidR="00C403CF" w:rsidRPr="008F41FF">
              <w:rPr>
                <w:rFonts w:ascii="Arial" w:hAnsi="Arial" w:cs="Arial"/>
              </w:rPr>
              <w:t>Organisation funded</w:t>
            </w:r>
            <w:r w:rsidR="00C403CF">
              <w:t xml:space="preserve">                                    </w:t>
            </w:r>
            <w:sdt>
              <w:sdtPr>
                <w:id w:val="-212113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5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03CF">
              <w:t xml:space="preserve"> </w:t>
            </w:r>
            <w:r w:rsidR="00C403CF" w:rsidRPr="008F41FF">
              <w:rPr>
                <w:rFonts w:ascii="Arial" w:hAnsi="Arial" w:cs="Arial"/>
              </w:rPr>
              <w:t>Other:</w:t>
            </w:r>
            <w:r w:rsidR="00C403CF">
              <w:t xml:space="preserve"> ______</w:t>
            </w:r>
          </w:p>
        </w:tc>
      </w:tr>
    </w:tbl>
    <w:p w14:paraId="42E13B15" w14:textId="47F6743D" w:rsidR="00C403CF" w:rsidRDefault="00C403CF" w:rsidP="00C403CF">
      <w:pPr>
        <w:pStyle w:val="Heading2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28"/>
      </w:tblGrid>
      <w:tr w:rsidR="00513566" w14:paraId="2F1D70E3" w14:textId="77777777" w:rsidTr="00E74A40">
        <w:trPr>
          <w:trHeight w:val="516"/>
        </w:trPr>
        <w:tc>
          <w:tcPr>
            <w:tcW w:w="8628" w:type="dxa"/>
            <w:shd w:val="clear" w:color="auto" w:fill="EAF1DD" w:themeFill="accent3" w:themeFillTint="33"/>
          </w:tcPr>
          <w:p w14:paraId="40CA61F9" w14:textId="455AD050" w:rsidR="00513566" w:rsidRPr="009F53A2" w:rsidRDefault="00513566" w:rsidP="00513566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 w:rsidRPr="009F53A2">
              <w:rPr>
                <w:rFonts w:ascii="Arial" w:hAnsi="Arial" w:cs="Arial"/>
                <w:color w:val="000000" w:themeColor="text1"/>
                <w:sz w:val="22"/>
                <w:szCs w:val="22"/>
              </w:rPr>
              <w:t>Consent</w:t>
            </w:r>
          </w:p>
        </w:tc>
      </w:tr>
      <w:tr w:rsidR="00C403CF" w14:paraId="75A3AF17" w14:textId="77777777" w:rsidTr="00513566">
        <w:trPr>
          <w:trHeight w:val="972"/>
        </w:trPr>
        <w:tc>
          <w:tcPr>
            <w:tcW w:w="8628" w:type="dxa"/>
          </w:tcPr>
          <w:p w14:paraId="58004988" w14:textId="562B491E" w:rsidR="00C403CF" w:rsidRPr="009F53A2" w:rsidRDefault="00A56F72" w:rsidP="00513566">
            <w:pPr>
              <w:rPr>
                <w:rFonts w:ascii="Arial" w:hAnsi="Arial" w:cs="Arial"/>
              </w:rPr>
            </w:pPr>
            <w:r w:rsidRPr="009F53A2">
              <w:rPr>
                <w:rFonts w:ascii="Arial" w:hAnsi="Arial" w:cs="Arial"/>
              </w:rPr>
              <w:t>Referrer</w:t>
            </w:r>
            <w:r w:rsidR="00C403CF" w:rsidRPr="009F53A2">
              <w:rPr>
                <w:rFonts w:ascii="Arial" w:hAnsi="Arial" w:cs="Arial"/>
              </w:rPr>
              <w:t xml:space="preserve"> Signature:    </w:t>
            </w:r>
            <w:sdt>
              <w:sdtPr>
                <w:rPr>
                  <w:rFonts w:ascii="Arial" w:hAnsi="Arial" w:cs="Arial"/>
                </w:rPr>
                <w:id w:val="-163132532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53043" w:rsidRPr="009F53A2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="00C403CF" w:rsidRPr="009F53A2">
              <w:rPr>
                <w:rFonts w:ascii="Arial" w:hAnsi="Arial" w:cs="Arial"/>
              </w:rPr>
              <w:t xml:space="preserve">                                     </w:t>
            </w:r>
            <w:r w:rsidRPr="009F53A2">
              <w:rPr>
                <w:rFonts w:ascii="Arial" w:hAnsi="Arial" w:cs="Arial"/>
              </w:rPr>
              <w:t xml:space="preserve">                             </w:t>
            </w:r>
            <w:r w:rsidR="00C403CF" w:rsidRPr="009F53A2">
              <w:rPr>
                <w:rFonts w:ascii="Arial" w:hAnsi="Arial" w:cs="Arial"/>
              </w:rPr>
              <w:t xml:space="preserve">Date: </w:t>
            </w:r>
            <w:sdt>
              <w:sdtPr>
                <w:rPr>
                  <w:rFonts w:ascii="Arial" w:hAnsi="Arial" w:cs="Arial"/>
                </w:rPr>
                <w:id w:val="-300535579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221842" w:rsidRPr="007D44DF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6C4A336C" w14:textId="2DB9A53E" w:rsidR="00C403CF" w:rsidRDefault="00C403CF" w:rsidP="00513566">
            <w:r w:rsidRPr="009F53A2">
              <w:rPr>
                <w:rFonts w:ascii="Arial" w:hAnsi="Arial" w:cs="Arial"/>
              </w:rPr>
              <w:t>Referring Manager</w:t>
            </w:r>
            <w:r w:rsidR="00A56F72" w:rsidRPr="009F53A2">
              <w:rPr>
                <w:rFonts w:ascii="Arial" w:hAnsi="Arial" w:cs="Arial"/>
              </w:rPr>
              <w:t xml:space="preserve"> (if applicable)</w:t>
            </w:r>
            <w:r w:rsidRPr="009F53A2">
              <w:rPr>
                <w:rFonts w:ascii="Arial" w:hAnsi="Arial" w:cs="Arial"/>
              </w:rPr>
              <w:t xml:space="preserve">:   </w:t>
            </w:r>
            <w:sdt>
              <w:sdtPr>
                <w:rPr>
                  <w:rFonts w:ascii="Arial" w:hAnsi="Arial" w:cs="Arial"/>
                </w:rPr>
                <w:id w:val="-146603905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53043" w:rsidRPr="009F53A2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Pr="009F53A2">
              <w:rPr>
                <w:rFonts w:ascii="Arial" w:hAnsi="Arial" w:cs="Arial"/>
              </w:rPr>
              <w:t xml:space="preserve">                                           Date:</w:t>
            </w:r>
            <w:r>
              <w:t xml:space="preserve"> </w:t>
            </w:r>
            <w:sdt>
              <w:sdtPr>
                <w:id w:val="2064060658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221842" w:rsidRPr="007D44DF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4BC13DE6" w14:textId="369283C9" w:rsidR="00C403CF" w:rsidRPr="00C403CF" w:rsidRDefault="00513566" w:rsidP="00C403C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D67A35" wp14:editId="4EFEECB9">
                <wp:simplePos x="0" y="0"/>
                <wp:positionH relativeFrom="column">
                  <wp:posOffset>-53340</wp:posOffset>
                </wp:positionH>
                <wp:positionV relativeFrom="paragraph">
                  <wp:posOffset>299085</wp:posOffset>
                </wp:positionV>
                <wp:extent cx="5562600" cy="30480"/>
                <wp:effectExtent l="0" t="0" r="19050" b="26670"/>
                <wp:wrapNone/>
                <wp:docPr id="177620890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6260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913E59" id="Straight Connector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23.55pt" to="433.8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" strokecolor="#94b64e [3046]"/>
            </w:pict>
          </mc:Fallback>
        </mc:AlternateContent>
      </w:r>
    </w:p>
    <w:p w14:paraId="29A6E8D0" w14:textId="77777777" w:rsidR="009E73B3" w:rsidRDefault="009E73B3"/>
    <w:p w14:paraId="66846FCD" w14:textId="717AFDA7" w:rsidR="00EE4C89" w:rsidRPr="009F53A2" w:rsidRDefault="00C122E3">
      <w:pPr>
        <w:rPr>
          <w:rFonts w:ascii="Arial" w:hAnsi="Arial" w:cs="Arial"/>
        </w:rPr>
      </w:pPr>
      <w:r w:rsidRPr="009F53A2">
        <w:rPr>
          <w:rFonts w:ascii="Arial" w:hAnsi="Arial" w:cs="Arial"/>
        </w:rPr>
        <w:t xml:space="preserve">Please return this form to </w:t>
      </w:r>
      <w:hyperlink r:id="rId8" w:history="1">
        <w:r w:rsidRPr="009F53A2">
          <w:rPr>
            <w:rStyle w:val="Hyperlink"/>
            <w:rFonts w:ascii="Arial" w:hAnsi="Arial" w:cs="Arial"/>
          </w:rPr>
          <w:t>admin.growthpracticeconsulting@gmail.com</w:t>
        </w:r>
      </w:hyperlink>
      <w:r w:rsidRPr="009F53A2">
        <w:rPr>
          <w:rFonts w:ascii="Arial" w:hAnsi="Arial" w:cs="Arial"/>
        </w:rPr>
        <w:t xml:space="preserve"> or if you have any questions, please call Tim Pearson on 0435 343 858. </w:t>
      </w:r>
    </w:p>
    <w:sectPr w:rsidR="00EE4C89" w:rsidRPr="009F53A2" w:rsidSect="0051356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C055" w14:textId="77777777" w:rsidR="00FA59F1" w:rsidRDefault="00FA59F1" w:rsidP="009E73B3">
      <w:pPr>
        <w:spacing w:after="0" w:line="240" w:lineRule="auto"/>
      </w:pPr>
      <w:r>
        <w:separator/>
      </w:r>
    </w:p>
  </w:endnote>
  <w:endnote w:type="continuationSeparator" w:id="0">
    <w:p w14:paraId="1E7906FD" w14:textId="77777777" w:rsidR="00FA59F1" w:rsidRDefault="00FA59F1" w:rsidP="009E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53AA" w14:textId="77777777" w:rsidR="00FA59F1" w:rsidRDefault="00FA59F1" w:rsidP="009E73B3">
      <w:pPr>
        <w:spacing w:after="0" w:line="240" w:lineRule="auto"/>
      </w:pPr>
      <w:r>
        <w:separator/>
      </w:r>
    </w:p>
  </w:footnote>
  <w:footnote w:type="continuationSeparator" w:id="0">
    <w:p w14:paraId="265800A5" w14:textId="77777777" w:rsidR="00FA59F1" w:rsidRDefault="00FA59F1" w:rsidP="009E7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27B0" w14:textId="1EE5FEBF" w:rsidR="00EE4C89" w:rsidRDefault="00EE4C89">
    <w:pPr>
      <w:pStyle w:val="Header"/>
    </w:pPr>
    <w:r>
      <w:rPr>
        <w:noProof/>
      </w:rPr>
      <w:drawing>
        <wp:inline distT="0" distB="0" distL="0" distR="0" wp14:anchorId="786AA96B" wp14:editId="773AB8E5">
          <wp:extent cx="5486400" cy="1337310"/>
          <wp:effectExtent l="0" t="0" r="0" b="0"/>
          <wp:docPr id="278205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20504" name="Picture 278205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1337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131523">
    <w:abstractNumId w:val="8"/>
  </w:num>
  <w:num w:numId="2" w16cid:durableId="867183597">
    <w:abstractNumId w:val="6"/>
  </w:num>
  <w:num w:numId="3" w16cid:durableId="1849058728">
    <w:abstractNumId w:val="5"/>
  </w:num>
  <w:num w:numId="4" w16cid:durableId="266693942">
    <w:abstractNumId w:val="4"/>
  </w:num>
  <w:num w:numId="5" w16cid:durableId="2102942361">
    <w:abstractNumId w:val="7"/>
  </w:num>
  <w:num w:numId="6" w16cid:durableId="53819347">
    <w:abstractNumId w:val="3"/>
  </w:num>
  <w:num w:numId="7" w16cid:durableId="778527442">
    <w:abstractNumId w:val="2"/>
  </w:num>
  <w:num w:numId="8" w16cid:durableId="1472407639">
    <w:abstractNumId w:val="1"/>
  </w:num>
  <w:num w:numId="9" w16cid:durableId="1358970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bOhY6QnvKYf6SgCw80wvdy5INZPlLbRa2v0c1o6LCQkUhqAsBAgkgQ998huJXaIX5UXkAkd7sOqbsRmMi/mAzw==" w:salt="uhlqhS4XtPHQ+Vz9jzRbxA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F43"/>
    <w:rsid w:val="00034616"/>
    <w:rsid w:val="0006063C"/>
    <w:rsid w:val="000B04C4"/>
    <w:rsid w:val="000C7D19"/>
    <w:rsid w:val="0015074B"/>
    <w:rsid w:val="00177705"/>
    <w:rsid w:val="001A7696"/>
    <w:rsid w:val="00221842"/>
    <w:rsid w:val="0029639D"/>
    <w:rsid w:val="002A1EAF"/>
    <w:rsid w:val="00326F90"/>
    <w:rsid w:val="003515E1"/>
    <w:rsid w:val="00382562"/>
    <w:rsid w:val="004621D6"/>
    <w:rsid w:val="004C74D4"/>
    <w:rsid w:val="00513566"/>
    <w:rsid w:val="00564CA8"/>
    <w:rsid w:val="005706CE"/>
    <w:rsid w:val="0057340D"/>
    <w:rsid w:val="005B2501"/>
    <w:rsid w:val="005C634B"/>
    <w:rsid w:val="00616999"/>
    <w:rsid w:val="006468B1"/>
    <w:rsid w:val="00692587"/>
    <w:rsid w:val="007D67BD"/>
    <w:rsid w:val="007E3BEA"/>
    <w:rsid w:val="00827B9C"/>
    <w:rsid w:val="00844260"/>
    <w:rsid w:val="008F41FF"/>
    <w:rsid w:val="009E73B3"/>
    <w:rsid w:val="009F53A2"/>
    <w:rsid w:val="00A11799"/>
    <w:rsid w:val="00A12D5E"/>
    <w:rsid w:val="00A530F3"/>
    <w:rsid w:val="00A56F72"/>
    <w:rsid w:val="00AA1D8D"/>
    <w:rsid w:val="00B02502"/>
    <w:rsid w:val="00B47730"/>
    <w:rsid w:val="00C0294A"/>
    <w:rsid w:val="00C122E3"/>
    <w:rsid w:val="00C403CF"/>
    <w:rsid w:val="00C53043"/>
    <w:rsid w:val="00CB0664"/>
    <w:rsid w:val="00CC4CB2"/>
    <w:rsid w:val="00CF7D2E"/>
    <w:rsid w:val="00E3137E"/>
    <w:rsid w:val="00E74A40"/>
    <w:rsid w:val="00ED1E66"/>
    <w:rsid w:val="00EE4C89"/>
    <w:rsid w:val="00F37664"/>
    <w:rsid w:val="00FA59F1"/>
    <w:rsid w:val="00FC693F"/>
    <w:rsid w:val="00FF5107"/>
    <w:rsid w:val="00F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CAE7E1"/>
  <w14:defaultImageDpi w14:val="330"/>
  <w15:docId w15:val="{049127CF-10A2-4B66-92AB-76BA9D62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22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2E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530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.growthpracticeconsultin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19CED-544D-4123-8BE4-4B0CB6288076}"/>
      </w:docPartPr>
      <w:docPartBody>
        <w:p w:rsidR="00B54BBF" w:rsidRDefault="00BF4FA6">
          <w:r w:rsidRPr="007F75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BA4C0-F7D5-496C-9228-A4B8D797D7E5}"/>
      </w:docPartPr>
      <w:docPartBody>
        <w:p w:rsidR="006C2851" w:rsidRDefault="0036783F">
          <w:r w:rsidRPr="007D44D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A6"/>
    <w:rsid w:val="00013F43"/>
    <w:rsid w:val="00123901"/>
    <w:rsid w:val="001A7696"/>
    <w:rsid w:val="00220B67"/>
    <w:rsid w:val="002C13FB"/>
    <w:rsid w:val="0036783F"/>
    <w:rsid w:val="004C74D4"/>
    <w:rsid w:val="005A0C04"/>
    <w:rsid w:val="006C2851"/>
    <w:rsid w:val="00A11799"/>
    <w:rsid w:val="00B54BBF"/>
    <w:rsid w:val="00BF4FA6"/>
    <w:rsid w:val="00E3137E"/>
    <w:rsid w:val="00EF2583"/>
    <w:rsid w:val="00F37664"/>
    <w:rsid w:val="00F57EA1"/>
    <w:rsid w:val="00F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3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timothy pearson</cp:lastModifiedBy>
  <cp:revision>42</cp:revision>
  <dcterms:created xsi:type="dcterms:W3CDTF">2026-07-12T03:27:00Z</dcterms:created>
  <dcterms:modified xsi:type="dcterms:W3CDTF">2026-08-09T03:27:00Z</dcterms:modified>
  <cp:category/>
</cp:coreProperties>
</file>